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16191E"/>
          <w:sz w:val="40"/>
        </w:rPr>
        <w:t>I M P A C T I</w:t>
      </w:r>
    </w:p>
    <w:p>
      <w:pPr>
        <w:jc w:val="center"/>
      </w:pPr>
      <w:r>
        <w:rPr>
          <w:b/>
          <w:color w:val="A0793A"/>
          <w:sz w:val="26"/>
        </w:rPr>
        <w:t>YOUR BUSINESS. YOUR OBJECTIVES.</w:t>
      </w:r>
    </w:p>
    <w:p>
      <w:pPr>
        <w:jc w:val="center"/>
      </w:pPr>
      <w:r>
        <w:t>A short introduction before your conversation with an IMPACTI advisor.</w:t>
      </w:r>
    </w:p>
    <w:p>
      <w:r>
        <w:t>Please complete what you can. You can leave any question blank and discuss it during your call.</w:t>
      </w:r>
    </w:p>
    <w:p>
      <w:pPr>
        <w:spacing w:before="100"/>
      </w:pPr>
      <w:r>
        <w:rPr>
          <w:b/>
          <w:sz w:val="20"/>
        </w:rPr>
        <w:t>01  Your name and position</w:t>
      </w:r>
    </w:p>
    <w:p>
      <w:pPr>
        <w:spacing w:after="100"/>
        <w:ind w:left="173"/>
      </w:pPr>
      <w:r>
        <w:rPr>
          <w:color w:val="898D93"/>
        </w:rPr>
        <w:t>Click here and type your answer.</w:t>
      </w:r>
    </w:p>
    <w:p>
      <w:pPr>
        <w:spacing w:before="100"/>
      </w:pPr>
      <w:r>
        <w:rPr>
          <w:b/>
          <w:sz w:val="20"/>
        </w:rPr>
        <w:t>02  Company name and website (if applicable)</w:t>
      </w:r>
    </w:p>
    <w:p>
      <w:pPr>
        <w:spacing w:after="100"/>
        <w:ind w:left="173"/>
      </w:pPr>
      <w:r>
        <w:rPr>
          <w:color w:val="898D93"/>
        </w:rPr>
        <w:t>Click here and type your answer.</w:t>
      </w:r>
    </w:p>
    <w:p>
      <w:pPr>
        <w:spacing w:before="100"/>
      </w:pPr>
      <w:r>
        <w:rPr>
          <w:b/>
          <w:sz w:val="20"/>
        </w:rPr>
        <w:t>03  Where is your company based?</w:t>
      </w:r>
    </w:p>
    <w:p>
      <w:pPr>
        <w:spacing w:after="100"/>
        <w:ind w:left="173"/>
      </w:pPr>
      <w:r>
        <w:rPr>
          <w:color w:val="898D93"/>
        </w:rPr>
        <w:t>Click here and type your answer.</w:t>
      </w:r>
    </w:p>
    <w:p>
      <w:pPr>
        <w:spacing w:before="100"/>
      </w:pPr>
      <w:r>
        <w:rPr>
          <w:b/>
          <w:sz w:val="20"/>
        </w:rPr>
        <w:t>04  What does your business offer?</w:t>
      </w:r>
    </w:p>
    <w:p>
      <w:pPr>
        <w:spacing w:after="100"/>
        <w:ind w:left="173"/>
      </w:pPr>
      <w:r>
        <w:rPr>
          <w:color w:val="898D93"/>
        </w:rPr>
        <w:t>A few words about your products, services or solutions…</w:t>
      </w:r>
    </w:p>
    <w:p>
      <w:pPr>
        <w:spacing w:before="100"/>
      </w:pPr>
      <w:r>
        <w:rPr>
          <w:b/>
          <w:sz w:val="20"/>
        </w:rPr>
        <w:t>05  What would you most like to improve?</w:t>
      </w:r>
    </w:p>
    <w:p>
      <w:pPr>
        <w:spacing w:after="100"/>
        <w:ind w:left="173"/>
      </w:pPr>
      <w:r>
        <w:rPr>
          <w:color w:val="898D93"/>
        </w:rPr>
        <w:t>For example: clearer positioning, more qualified enquiries, website, content or video…</w:t>
      </w:r>
    </w:p>
    <w:p>
      <w:pPr>
        <w:spacing w:before="100"/>
      </w:pPr>
      <w:r>
        <w:rPr>
          <w:b/>
          <w:sz w:val="20"/>
        </w:rPr>
        <w:t>06  Who are your ideal customers?</w:t>
      </w:r>
    </w:p>
    <w:p>
      <w:pPr>
        <w:spacing w:after="100"/>
        <w:ind w:left="173"/>
      </w:pPr>
      <w:r>
        <w:rPr>
          <w:color w:val="898D93"/>
        </w:rPr>
        <w:t>Businesses, individuals, sector or target market…</w:t>
      </w:r>
    </w:p>
    <w:p>
      <w:pPr>
        <w:spacing w:before="100"/>
      </w:pPr>
      <w:r>
        <w:rPr>
          <w:b/>
          <w:sz w:val="20"/>
        </w:rPr>
        <w:t>07  Your preferred date, time and time zone for a call</w:t>
      </w:r>
    </w:p>
    <w:p>
      <w:pPr>
        <w:spacing w:after="100"/>
        <w:ind w:left="173"/>
      </w:pPr>
      <w:r>
        <w:rPr>
          <w:color w:val="898D93"/>
        </w:rPr>
        <w:t>Click here and type your answer.</w:t>
      </w:r>
    </w:p>
    <w:p>
      <w:pPr>
        <w:spacing w:before="100"/>
      </w:pPr>
      <w:r>
        <w:rPr>
          <w:b/>
          <w:sz w:val="20"/>
        </w:rPr>
        <w:t>08  Preferred contact method</w:t>
      </w:r>
    </w:p>
    <w:p>
      <w:pPr>
        <w:spacing w:after="100"/>
        <w:ind w:left="173"/>
      </w:pPr>
      <w:r>
        <w:rPr>
          <w:color w:val="898D93"/>
        </w:rPr>
        <w:t>WhatsApp / phone / email (include the relevant contact details)…</w:t>
      </w:r>
    </w:p>
    <w:p>
      <w:pPr>
        <w:spacing w:before="120"/>
      </w:pPr>
      <w:r>
        <w:rPr>
          <w:b/>
          <w:color w:val="A0793A"/>
        </w:rPr>
        <w:t>NEXT STEP</w:t>
      </w:r>
    </w:p>
    <w:p>
      <w:r>
        <w:t>Save this completed document, then send it as an attachment to IMPACTI on WhatsApp: +44 7466 093032.</w:t>
      </w:r>
    </w:p>
    <w:p>
      <w:r>
        <w:rPr>
          <w:i/>
        </w:rPr>
        <w:t>We will review your information and contact you to discuss the next step. No purchase or service commitment is required.</w:t>
      </w:r>
    </w:p>
    <w:sectPr w:rsidR="00FC693F" w:rsidRPr="0006063C" w:rsidSect="00034616">
      <w:footerReference w:type="default" r:id="rId9"/>
      <w:pgSz w:w="12240" w:h="15840"/>
      <w:pgMar w:top="936" w:right="1152" w:bottom="835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07070"/>
        <w:sz w:val="16"/>
      </w:rPr>
      <w:t>IMPACTI  •  Personalised communication and project coordination  •  Europe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82B2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